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6057" w14:textId="77777777" w:rsidR="0019235F" w:rsidRPr="0019235F" w:rsidRDefault="0019235F" w:rsidP="0019235F">
      <w:pPr>
        <w:jc w:val="center"/>
        <w:rPr>
          <w:b/>
          <w:bCs/>
          <w:sz w:val="32"/>
          <w:szCs w:val="32"/>
          <w:lang w:eastAsia="ja-JP"/>
        </w:rPr>
      </w:pPr>
      <w:r w:rsidRPr="0019235F">
        <w:rPr>
          <w:rFonts w:hint="eastAsia"/>
          <w:b/>
          <w:bCs/>
          <w:sz w:val="32"/>
          <w:szCs w:val="32"/>
          <w:lang w:eastAsia="ja-JP"/>
        </w:rPr>
        <w:t>静岡県</w:t>
      </w:r>
      <w:r w:rsidRPr="0019235F">
        <w:rPr>
          <w:b/>
          <w:bCs/>
          <w:sz w:val="32"/>
          <w:szCs w:val="32"/>
          <w:lang w:eastAsia="ja-JP"/>
        </w:rPr>
        <w:t>U15バスケットボール選手権大会</w:t>
      </w:r>
    </w:p>
    <w:p w14:paraId="3F36C53E" w14:textId="77777777" w:rsidR="0019235F" w:rsidRPr="0019235F" w:rsidRDefault="0019235F" w:rsidP="0019235F">
      <w:pPr>
        <w:jc w:val="center"/>
        <w:rPr>
          <w:b/>
          <w:bCs/>
          <w:sz w:val="32"/>
          <w:szCs w:val="32"/>
          <w:lang w:eastAsia="ja-JP"/>
        </w:rPr>
      </w:pPr>
      <w:r w:rsidRPr="0019235F">
        <w:rPr>
          <w:rFonts w:hint="eastAsia"/>
          <w:b/>
          <w:bCs/>
          <w:sz w:val="32"/>
          <w:szCs w:val="32"/>
          <w:lang w:eastAsia="ja-JP"/>
        </w:rPr>
        <w:t>大会プログラム広告掲載申込書</w:t>
      </w:r>
    </w:p>
    <w:p w14:paraId="3339BAFC" w14:textId="77777777" w:rsidR="0019235F" w:rsidRDefault="0019235F" w:rsidP="0019235F">
      <w:pPr>
        <w:rPr>
          <w:lang w:eastAsia="ja-JP"/>
        </w:rPr>
      </w:pPr>
    </w:p>
    <w:p w14:paraId="48C718C2" w14:textId="77777777" w:rsidR="0019235F" w:rsidRDefault="00716D46" w:rsidP="0019235F">
      <w:pPr>
        <w:rPr>
          <w:lang w:eastAsia="ja-JP"/>
        </w:rPr>
      </w:pPr>
      <w:r>
        <w:rPr>
          <w:lang w:eastAsia="ja-JP"/>
        </w:rPr>
        <w:t>一般社団法人静岡県バスケットボール協会　御中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「静岡県</w:t>
      </w:r>
      <w:r>
        <w:rPr>
          <w:lang w:eastAsia="ja-JP"/>
        </w:rPr>
        <w:t>U15</w:t>
      </w:r>
      <w:r>
        <w:rPr>
          <w:lang w:eastAsia="ja-JP"/>
        </w:rPr>
        <w:t>バスケットボール選手権大会」の趣旨に賛同し、下記のとおり大会プログラムへの広告掲載を申し込みます。</w:t>
      </w:r>
    </w:p>
    <w:p w14:paraId="190DA1B2" w14:textId="77777777" w:rsidR="00D33AAD" w:rsidRPr="0019235F" w:rsidRDefault="00716D46" w:rsidP="0019235F">
      <w:pPr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19235F">
        <w:rPr>
          <w:rFonts w:asciiTheme="majorEastAsia" w:eastAsiaTheme="majorEastAsia" w:hAnsiTheme="majorEastAsia"/>
          <w:sz w:val="28"/>
          <w:szCs w:val="28"/>
        </w:rPr>
        <w:t xml:space="preserve">１　</w:t>
      </w:r>
      <w:proofErr w:type="spellStart"/>
      <w:r w:rsidRPr="0019235F">
        <w:rPr>
          <w:rFonts w:asciiTheme="majorEastAsia" w:eastAsiaTheme="majorEastAsia" w:hAnsiTheme="majorEastAsia"/>
          <w:sz w:val="28"/>
          <w:szCs w:val="28"/>
        </w:rPr>
        <w:t>申込者</w:t>
      </w:r>
      <w:proofErr w:type="spellEnd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091"/>
        <w:gridCol w:w="6539"/>
      </w:tblGrid>
      <w:tr w:rsidR="00D33AAD" w14:paraId="4324C216" w14:textId="77777777" w:rsidTr="0019235F">
        <w:trPr>
          <w:trHeight w:val="637"/>
        </w:trPr>
        <w:tc>
          <w:tcPr>
            <w:tcW w:w="2093" w:type="dxa"/>
            <w:vAlign w:val="center"/>
          </w:tcPr>
          <w:p w14:paraId="3B00EDA0" w14:textId="77777777" w:rsidR="00D33AAD" w:rsidRDefault="00716D46" w:rsidP="0019235F">
            <w:proofErr w:type="spellStart"/>
            <w:r>
              <w:t>会社名・団体名</w:t>
            </w:r>
            <w:proofErr w:type="spellEnd"/>
          </w:p>
        </w:tc>
        <w:tc>
          <w:tcPr>
            <w:tcW w:w="6547" w:type="dxa"/>
          </w:tcPr>
          <w:p w14:paraId="2DA8E34D" w14:textId="77777777" w:rsidR="00D33AAD" w:rsidRDefault="00D33AAD"/>
        </w:tc>
      </w:tr>
      <w:tr w:rsidR="00D33AAD" w14:paraId="49E89ED3" w14:textId="77777777" w:rsidTr="0019235F">
        <w:trPr>
          <w:trHeight w:val="637"/>
        </w:trPr>
        <w:tc>
          <w:tcPr>
            <w:tcW w:w="2093" w:type="dxa"/>
            <w:vAlign w:val="center"/>
          </w:tcPr>
          <w:p w14:paraId="743699E9" w14:textId="77777777" w:rsidR="00D33AAD" w:rsidRDefault="00716D46" w:rsidP="0019235F">
            <w:r>
              <w:t>代表者名</w:t>
            </w:r>
          </w:p>
        </w:tc>
        <w:tc>
          <w:tcPr>
            <w:tcW w:w="6547" w:type="dxa"/>
          </w:tcPr>
          <w:p w14:paraId="6DBB6A44" w14:textId="77777777" w:rsidR="00D33AAD" w:rsidRDefault="00D33AAD"/>
        </w:tc>
      </w:tr>
      <w:tr w:rsidR="00D33AAD" w14:paraId="63186DD4" w14:textId="77777777" w:rsidTr="0019235F">
        <w:trPr>
          <w:trHeight w:val="637"/>
        </w:trPr>
        <w:tc>
          <w:tcPr>
            <w:tcW w:w="2093" w:type="dxa"/>
            <w:vAlign w:val="center"/>
          </w:tcPr>
          <w:p w14:paraId="7C21E2AF" w14:textId="77777777" w:rsidR="00D33AAD" w:rsidRDefault="00716D46" w:rsidP="0019235F">
            <w:r>
              <w:t>担当者名</w:t>
            </w:r>
          </w:p>
        </w:tc>
        <w:tc>
          <w:tcPr>
            <w:tcW w:w="6547" w:type="dxa"/>
          </w:tcPr>
          <w:p w14:paraId="3B025234" w14:textId="77777777" w:rsidR="00D33AAD" w:rsidRDefault="00D33AAD"/>
        </w:tc>
      </w:tr>
      <w:tr w:rsidR="00D33AAD" w14:paraId="3CB6BAD2" w14:textId="77777777" w:rsidTr="0019235F">
        <w:trPr>
          <w:trHeight w:val="637"/>
        </w:trPr>
        <w:tc>
          <w:tcPr>
            <w:tcW w:w="2093" w:type="dxa"/>
            <w:vAlign w:val="center"/>
          </w:tcPr>
          <w:p w14:paraId="3B3A4F28" w14:textId="77777777" w:rsidR="00D33AAD" w:rsidRDefault="00716D46" w:rsidP="0019235F">
            <w:r>
              <w:t>住所</w:t>
            </w:r>
          </w:p>
        </w:tc>
        <w:tc>
          <w:tcPr>
            <w:tcW w:w="6547" w:type="dxa"/>
          </w:tcPr>
          <w:p w14:paraId="46FB9603" w14:textId="77777777" w:rsidR="00D33AAD" w:rsidRDefault="00716D46">
            <w:r>
              <w:t>〒</w:t>
            </w:r>
          </w:p>
        </w:tc>
      </w:tr>
      <w:tr w:rsidR="00D33AAD" w14:paraId="795BC6A7" w14:textId="77777777" w:rsidTr="0019235F">
        <w:trPr>
          <w:trHeight w:val="637"/>
        </w:trPr>
        <w:tc>
          <w:tcPr>
            <w:tcW w:w="2093" w:type="dxa"/>
            <w:vAlign w:val="center"/>
          </w:tcPr>
          <w:p w14:paraId="4929D9F0" w14:textId="77777777" w:rsidR="00D33AAD" w:rsidRDefault="00716D46" w:rsidP="0019235F">
            <w:r>
              <w:t>TEL</w:t>
            </w:r>
          </w:p>
        </w:tc>
        <w:tc>
          <w:tcPr>
            <w:tcW w:w="6547" w:type="dxa"/>
          </w:tcPr>
          <w:p w14:paraId="659AA93F" w14:textId="77777777" w:rsidR="00D33AAD" w:rsidRDefault="00D33AAD"/>
        </w:tc>
      </w:tr>
      <w:tr w:rsidR="00D33AAD" w14:paraId="55C6D847" w14:textId="77777777" w:rsidTr="0019235F">
        <w:trPr>
          <w:trHeight w:val="637"/>
        </w:trPr>
        <w:tc>
          <w:tcPr>
            <w:tcW w:w="2093" w:type="dxa"/>
            <w:vAlign w:val="center"/>
          </w:tcPr>
          <w:p w14:paraId="50E0DCAB" w14:textId="77777777" w:rsidR="00D33AAD" w:rsidRDefault="00716D46" w:rsidP="0019235F">
            <w:r>
              <w:t>E-mail</w:t>
            </w:r>
          </w:p>
        </w:tc>
        <w:tc>
          <w:tcPr>
            <w:tcW w:w="6547" w:type="dxa"/>
          </w:tcPr>
          <w:p w14:paraId="5D7E6A74" w14:textId="77777777" w:rsidR="00D33AAD" w:rsidRDefault="00D33AAD"/>
        </w:tc>
      </w:tr>
    </w:tbl>
    <w:p w14:paraId="48640A76" w14:textId="77777777" w:rsidR="0019235F" w:rsidRDefault="0019235F" w:rsidP="0019235F">
      <w:pPr>
        <w:pStyle w:val="a0"/>
        <w:numPr>
          <w:ilvl w:val="0"/>
          <w:numId w:val="0"/>
        </w:numPr>
        <w:ind w:left="360"/>
      </w:pPr>
    </w:p>
    <w:p w14:paraId="40F23592" w14:textId="77777777" w:rsidR="0019235F" w:rsidRDefault="0019235F" w:rsidP="0019235F">
      <w:pPr>
        <w:pStyle w:val="a0"/>
        <w:numPr>
          <w:ilvl w:val="0"/>
          <w:numId w:val="0"/>
        </w:numPr>
        <w:ind w:left="360"/>
      </w:pPr>
    </w:p>
    <w:p w14:paraId="26FE00AD" w14:textId="77777777" w:rsidR="0019235F" w:rsidRDefault="0019235F" w:rsidP="0019235F">
      <w:pPr>
        <w:pStyle w:val="a0"/>
        <w:numPr>
          <w:ilvl w:val="0"/>
          <w:numId w:val="0"/>
        </w:numPr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19235F">
        <w:rPr>
          <w:rFonts w:asciiTheme="majorEastAsia" w:eastAsiaTheme="majorEastAsia" w:hAnsiTheme="majorEastAsia" w:hint="eastAsia"/>
          <w:sz w:val="28"/>
          <w:szCs w:val="28"/>
          <w:lang w:eastAsia="ja-JP"/>
        </w:rPr>
        <w:t>２　掲載希望</w:t>
      </w:r>
    </w:p>
    <w:p w14:paraId="796CB021" w14:textId="77777777" w:rsidR="0019235F" w:rsidRPr="0019235F" w:rsidRDefault="0019235F" w:rsidP="0019235F">
      <w:pPr>
        <w:pStyle w:val="a0"/>
        <w:numPr>
          <w:ilvl w:val="0"/>
          <w:numId w:val="0"/>
        </w:numPr>
        <w:rPr>
          <w:rFonts w:asciiTheme="majorEastAsia" w:eastAsiaTheme="majorEastAsia" w:hAnsiTheme="majorEastAsia"/>
          <w:sz w:val="28"/>
          <w:szCs w:val="28"/>
          <w:lang w:eastAsia="ja-JP"/>
        </w:rPr>
      </w:pPr>
    </w:p>
    <w:p w14:paraId="59ADE689" w14:textId="77777777" w:rsidR="00D33AAD" w:rsidRPr="0019235F" w:rsidRDefault="00716D46">
      <w:pPr>
        <w:pStyle w:val="a0"/>
        <w:rPr>
          <w:sz w:val="28"/>
          <w:szCs w:val="28"/>
        </w:rPr>
      </w:pPr>
      <w:r w:rsidRPr="0019235F">
        <w:rPr>
          <w:sz w:val="28"/>
          <w:szCs w:val="28"/>
        </w:rPr>
        <w:t xml:space="preserve">□ </w:t>
      </w:r>
      <w:proofErr w:type="spellStart"/>
      <w:r w:rsidRPr="0019235F">
        <w:rPr>
          <w:sz w:val="28"/>
          <w:szCs w:val="28"/>
        </w:rPr>
        <w:t>特別協賛（別途協議</w:t>
      </w:r>
      <w:proofErr w:type="spellEnd"/>
      <w:r w:rsidRPr="0019235F">
        <w:rPr>
          <w:sz w:val="28"/>
          <w:szCs w:val="28"/>
        </w:rPr>
        <w:t>）</w:t>
      </w:r>
    </w:p>
    <w:p w14:paraId="7F71FC0B" w14:textId="77777777" w:rsidR="00D33AAD" w:rsidRPr="0019235F" w:rsidRDefault="00716D46">
      <w:pPr>
        <w:pStyle w:val="a0"/>
        <w:rPr>
          <w:sz w:val="28"/>
          <w:szCs w:val="28"/>
          <w:lang w:eastAsia="ja-JP"/>
        </w:rPr>
      </w:pPr>
      <w:r w:rsidRPr="0019235F">
        <w:rPr>
          <w:sz w:val="28"/>
          <w:szCs w:val="28"/>
          <w:lang w:eastAsia="ja-JP"/>
        </w:rPr>
        <w:t xml:space="preserve">□ </w:t>
      </w:r>
      <w:r w:rsidRPr="0019235F">
        <w:rPr>
          <w:sz w:val="28"/>
          <w:szCs w:val="28"/>
          <w:lang w:eastAsia="ja-JP"/>
        </w:rPr>
        <w:t>表２（表紙裏・カラー）</w:t>
      </w:r>
    </w:p>
    <w:p w14:paraId="52DF2FE0" w14:textId="77777777" w:rsidR="00D33AAD" w:rsidRPr="0019235F" w:rsidRDefault="00716D46">
      <w:pPr>
        <w:pStyle w:val="a0"/>
        <w:rPr>
          <w:sz w:val="28"/>
          <w:szCs w:val="28"/>
          <w:lang w:eastAsia="ja-JP"/>
        </w:rPr>
      </w:pPr>
      <w:r w:rsidRPr="0019235F">
        <w:rPr>
          <w:sz w:val="28"/>
          <w:szCs w:val="28"/>
          <w:lang w:eastAsia="ja-JP"/>
        </w:rPr>
        <w:t xml:space="preserve">□ </w:t>
      </w:r>
      <w:r w:rsidRPr="0019235F">
        <w:rPr>
          <w:sz w:val="28"/>
          <w:szCs w:val="28"/>
          <w:lang w:eastAsia="ja-JP"/>
        </w:rPr>
        <w:t>表３（裏表紙裏・カラー）</w:t>
      </w:r>
    </w:p>
    <w:p w14:paraId="573C8435" w14:textId="77777777" w:rsidR="00D33AAD" w:rsidRPr="0019235F" w:rsidRDefault="00716D46">
      <w:pPr>
        <w:pStyle w:val="a0"/>
        <w:rPr>
          <w:sz w:val="28"/>
          <w:szCs w:val="28"/>
          <w:lang w:eastAsia="ja-JP"/>
        </w:rPr>
      </w:pPr>
      <w:r w:rsidRPr="0019235F">
        <w:rPr>
          <w:sz w:val="28"/>
          <w:szCs w:val="28"/>
          <w:lang w:eastAsia="ja-JP"/>
        </w:rPr>
        <w:t xml:space="preserve">□ </w:t>
      </w:r>
      <w:r w:rsidRPr="0019235F">
        <w:rPr>
          <w:sz w:val="28"/>
          <w:szCs w:val="28"/>
          <w:lang w:eastAsia="ja-JP"/>
        </w:rPr>
        <w:t>表４（裏表紙・カラー）</w:t>
      </w:r>
    </w:p>
    <w:p w14:paraId="47A8CB4E" w14:textId="77777777" w:rsidR="00D33AAD" w:rsidRPr="0019235F" w:rsidRDefault="00716D46">
      <w:pPr>
        <w:pStyle w:val="a0"/>
        <w:rPr>
          <w:sz w:val="28"/>
          <w:szCs w:val="28"/>
        </w:rPr>
      </w:pPr>
      <w:r w:rsidRPr="0019235F">
        <w:rPr>
          <w:sz w:val="28"/>
          <w:szCs w:val="28"/>
        </w:rPr>
        <w:t xml:space="preserve">□ </w:t>
      </w:r>
      <w:r w:rsidRPr="0019235F">
        <w:rPr>
          <w:sz w:val="28"/>
          <w:szCs w:val="28"/>
        </w:rPr>
        <w:t>中面</w:t>
      </w:r>
      <w:r w:rsidRPr="0019235F">
        <w:rPr>
          <w:sz w:val="28"/>
          <w:szCs w:val="28"/>
        </w:rPr>
        <w:t>A4</w:t>
      </w:r>
      <w:r w:rsidRPr="0019235F">
        <w:rPr>
          <w:sz w:val="28"/>
          <w:szCs w:val="28"/>
        </w:rPr>
        <w:t>（</w:t>
      </w:r>
      <w:r w:rsidRPr="0019235F">
        <w:rPr>
          <w:sz w:val="28"/>
          <w:szCs w:val="28"/>
        </w:rPr>
        <w:t>30,000</w:t>
      </w:r>
      <w:r w:rsidRPr="0019235F">
        <w:rPr>
          <w:sz w:val="28"/>
          <w:szCs w:val="28"/>
        </w:rPr>
        <w:t>円）</w:t>
      </w:r>
      <w:r w:rsidR="00594C34">
        <w:rPr>
          <w:rFonts w:hint="eastAsia"/>
          <w:sz w:val="28"/>
          <w:szCs w:val="28"/>
          <w:lang w:eastAsia="ja-JP"/>
        </w:rPr>
        <w:t>（税込）</w:t>
      </w:r>
    </w:p>
    <w:p w14:paraId="318C5850" w14:textId="77777777" w:rsidR="00D33AAD" w:rsidRPr="0019235F" w:rsidRDefault="00716D46">
      <w:pPr>
        <w:pStyle w:val="a0"/>
        <w:rPr>
          <w:sz w:val="28"/>
          <w:szCs w:val="28"/>
        </w:rPr>
      </w:pPr>
      <w:r w:rsidRPr="0019235F">
        <w:rPr>
          <w:sz w:val="28"/>
          <w:szCs w:val="28"/>
        </w:rPr>
        <w:t xml:space="preserve">□ </w:t>
      </w:r>
      <w:r w:rsidRPr="0019235F">
        <w:rPr>
          <w:sz w:val="28"/>
          <w:szCs w:val="28"/>
        </w:rPr>
        <w:t>中面</w:t>
      </w:r>
      <w:r w:rsidRPr="0019235F">
        <w:rPr>
          <w:sz w:val="28"/>
          <w:szCs w:val="28"/>
        </w:rPr>
        <w:t>1/2</w:t>
      </w:r>
      <w:r w:rsidRPr="0019235F">
        <w:rPr>
          <w:sz w:val="28"/>
          <w:szCs w:val="28"/>
        </w:rPr>
        <w:t>ページ（</w:t>
      </w:r>
      <w:r w:rsidRPr="0019235F">
        <w:rPr>
          <w:sz w:val="28"/>
          <w:szCs w:val="28"/>
        </w:rPr>
        <w:t>15,000</w:t>
      </w:r>
      <w:r w:rsidRPr="0019235F">
        <w:rPr>
          <w:sz w:val="28"/>
          <w:szCs w:val="28"/>
        </w:rPr>
        <w:t>円）</w:t>
      </w:r>
      <w:r w:rsidR="00594C34">
        <w:rPr>
          <w:rFonts w:hint="eastAsia"/>
          <w:sz w:val="28"/>
          <w:szCs w:val="28"/>
          <w:lang w:eastAsia="ja-JP"/>
        </w:rPr>
        <w:t>（税込）</w:t>
      </w:r>
    </w:p>
    <w:p w14:paraId="7024BAE5" w14:textId="77777777" w:rsidR="0019235F" w:rsidRPr="0019235F" w:rsidRDefault="00716D46" w:rsidP="0019235F">
      <w:pPr>
        <w:rPr>
          <w:lang w:eastAsia="ja-JP"/>
        </w:rPr>
      </w:pPr>
      <w:r>
        <w:rPr>
          <w:lang w:eastAsia="ja-JP"/>
        </w:rPr>
        <w:t>※</w:t>
      </w:r>
      <w:r>
        <w:rPr>
          <w:lang w:eastAsia="ja-JP"/>
        </w:rPr>
        <w:t>掲載位置は申込状況により協会で調整させていただきます。</w:t>
      </w:r>
    </w:p>
    <w:p w14:paraId="4C22C81F" w14:textId="77777777" w:rsidR="00D33AAD" w:rsidRPr="0019235F" w:rsidRDefault="00716D46" w:rsidP="0019235F">
      <w:pPr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19235F">
        <w:rPr>
          <w:rFonts w:asciiTheme="majorEastAsia" w:eastAsiaTheme="majorEastAsia" w:hAnsiTheme="majorEastAsia"/>
          <w:sz w:val="28"/>
          <w:szCs w:val="28"/>
          <w:lang w:eastAsia="ja-JP"/>
        </w:rPr>
        <w:lastRenderedPageBreak/>
        <w:t>３　広告原稿</w:t>
      </w:r>
    </w:p>
    <w:p w14:paraId="6D641A83" w14:textId="77777777" w:rsidR="00D33AAD" w:rsidRPr="0019235F" w:rsidRDefault="00716D46">
      <w:pPr>
        <w:rPr>
          <w:sz w:val="28"/>
          <w:szCs w:val="28"/>
          <w:lang w:eastAsia="ja-JP"/>
        </w:rPr>
      </w:pPr>
      <w:r w:rsidRPr="0019235F">
        <w:rPr>
          <w:sz w:val="28"/>
          <w:szCs w:val="28"/>
          <w:lang w:eastAsia="ja-JP"/>
        </w:rPr>
        <w:t xml:space="preserve">□ </w:t>
      </w:r>
      <w:r w:rsidRPr="0019235F">
        <w:rPr>
          <w:sz w:val="28"/>
          <w:szCs w:val="28"/>
          <w:lang w:eastAsia="ja-JP"/>
        </w:rPr>
        <w:t>完全データを提出します</w:t>
      </w:r>
    </w:p>
    <w:p w14:paraId="3459F7D8" w14:textId="77777777" w:rsidR="00D33AAD" w:rsidRPr="0019235F" w:rsidRDefault="00716D46">
      <w:pPr>
        <w:rPr>
          <w:sz w:val="28"/>
          <w:szCs w:val="28"/>
        </w:rPr>
      </w:pPr>
      <w:proofErr w:type="spellStart"/>
      <w:r w:rsidRPr="0019235F">
        <w:rPr>
          <w:sz w:val="28"/>
          <w:szCs w:val="28"/>
        </w:rPr>
        <w:t>提出予定日</w:t>
      </w:r>
      <w:proofErr w:type="spellEnd"/>
      <w:r w:rsidRPr="0019235F">
        <w:rPr>
          <w:sz w:val="28"/>
          <w:szCs w:val="28"/>
        </w:rPr>
        <w:t xml:space="preserve">　</w:t>
      </w:r>
      <w:proofErr w:type="gramStart"/>
      <w:r w:rsidRPr="0019235F">
        <w:rPr>
          <w:sz w:val="28"/>
          <w:szCs w:val="28"/>
        </w:rPr>
        <w:t>令和　　年</w:t>
      </w:r>
      <w:proofErr w:type="gramEnd"/>
      <w:r w:rsidRPr="0019235F">
        <w:rPr>
          <w:sz w:val="28"/>
          <w:szCs w:val="28"/>
        </w:rPr>
        <w:t xml:space="preserve">　　</w:t>
      </w:r>
      <w:proofErr w:type="gramStart"/>
      <w:r w:rsidRPr="0019235F">
        <w:rPr>
          <w:sz w:val="28"/>
          <w:szCs w:val="28"/>
        </w:rPr>
        <w:t>月　　日</w:t>
      </w:r>
      <w:proofErr w:type="gramEnd"/>
    </w:p>
    <w:p w14:paraId="7A85F4CE" w14:textId="77777777" w:rsidR="0019235F" w:rsidRDefault="00716D46" w:rsidP="0019235F">
      <w:pPr>
        <w:rPr>
          <w:sz w:val="24"/>
          <w:szCs w:val="24"/>
        </w:rPr>
      </w:pPr>
      <w:r w:rsidRPr="0019235F">
        <w:rPr>
          <w:sz w:val="24"/>
          <w:szCs w:val="24"/>
        </w:rPr>
        <w:t xml:space="preserve">データ形式　</w:t>
      </w:r>
      <w:r w:rsidRPr="0019235F">
        <w:rPr>
          <w:sz w:val="24"/>
          <w:szCs w:val="24"/>
        </w:rPr>
        <w:t>□ PDF</w:t>
      </w:r>
      <w:r w:rsidRPr="0019235F">
        <w:rPr>
          <w:sz w:val="24"/>
          <w:szCs w:val="24"/>
        </w:rPr>
        <w:t xml:space="preserve">　</w:t>
      </w:r>
      <w:r w:rsidRPr="0019235F">
        <w:rPr>
          <w:sz w:val="24"/>
          <w:szCs w:val="24"/>
        </w:rPr>
        <w:t>□ Illustrator</w:t>
      </w:r>
      <w:r w:rsidRPr="0019235F">
        <w:rPr>
          <w:sz w:val="24"/>
          <w:szCs w:val="24"/>
        </w:rPr>
        <w:t xml:space="preserve">　</w:t>
      </w:r>
      <w:r w:rsidRPr="0019235F">
        <w:rPr>
          <w:sz w:val="24"/>
          <w:szCs w:val="24"/>
        </w:rPr>
        <w:t>□ JPEG</w:t>
      </w:r>
      <w:r w:rsidRPr="0019235F">
        <w:rPr>
          <w:sz w:val="24"/>
          <w:szCs w:val="24"/>
        </w:rPr>
        <w:t xml:space="preserve">　</w:t>
      </w:r>
      <w:r w:rsidRPr="0019235F">
        <w:rPr>
          <w:sz w:val="24"/>
          <w:szCs w:val="24"/>
        </w:rPr>
        <w:t>□ PNG</w:t>
      </w:r>
      <w:r w:rsidRPr="0019235F">
        <w:rPr>
          <w:sz w:val="24"/>
          <w:szCs w:val="24"/>
        </w:rPr>
        <w:t xml:space="preserve">　</w:t>
      </w:r>
    </w:p>
    <w:p w14:paraId="000D6CCA" w14:textId="77777777" w:rsidR="0019235F" w:rsidRPr="0019235F" w:rsidRDefault="00716D46" w:rsidP="0019235F">
      <w:pPr>
        <w:ind w:firstLineChars="600" w:firstLine="1440"/>
        <w:rPr>
          <w:sz w:val="24"/>
          <w:szCs w:val="24"/>
          <w:lang w:eastAsia="ja-JP"/>
        </w:rPr>
      </w:pPr>
      <w:r w:rsidRPr="0019235F">
        <w:rPr>
          <w:sz w:val="24"/>
          <w:szCs w:val="24"/>
          <w:lang w:eastAsia="ja-JP"/>
        </w:rPr>
        <w:t xml:space="preserve">□ </w:t>
      </w:r>
      <w:r w:rsidRPr="0019235F">
        <w:rPr>
          <w:sz w:val="24"/>
          <w:szCs w:val="24"/>
          <w:lang w:eastAsia="ja-JP"/>
        </w:rPr>
        <w:t xml:space="preserve">その他（　　　</w:t>
      </w:r>
      <w:r w:rsidR="0019235F">
        <w:rPr>
          <w:rFonts w:hint="eastAsia"/>
          <w:sz w:val="24"/>
          <w:szCs w:val="24"/>
          <w:lang w:eastAsia="ja-JP"/>
        </w:rPr>
        <w:t xml:space="preserve">　　　　　　　　</w:t>
      </w:r>
      <w:r w:rsidRPr="0019235F">
        <w:rPr>
          <w:sz w:val="24"/>
          <w:szCs w:val="24"/>
          <w:lang w:eastAsia="ja-JP"/>
        </w:rPr>
        <w:t xml:space="preserve">　　　）</w:t>
      </w:r>
    </w:p>
    <w:p w14:paraId="1E132EDE" w14:textId="77777777" w:rsidR="00D33AAD" w:rsidRPr="0019235F" w:rsidRDefault="00716D46" w:rsidP="0019235F">
      <w:pPr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19235F">
        <w:rPr>
          <w:rFonts w:asciiTheme="majorEastAsia" w:eastAsiaTheme="majorEastAsia" w:hAnsiTheme="majorEastAsia"/>
          <w:sz w:val="28"/>
          <w:szCs w:val="28"/>
          <w:lang w:eastAsia="ja-JP"/>
        </w:rPr>
        <w:t>４　請求書・領収書</w:t>
      </w:r>
    </w:p>
    <w:p w14:paraId="60F9B7F1" w14:textId="77777777" w:rsidR="00D33AAD" w:rsidRPr="0019235F" w:rsidRDefault="00716D46">
      <w:pPr>
        <w:rPr>
          <w:sz w:val="28"/>
          <w:szCs w:val="28"/>
          <w:lang w:eastAsia="ja-JP"/>
        </w:rPr>
      </w:pPr>
      <w:r w:rsidRPr="0019235F">
        <w:rPr>
          <w:sz w:val="28"/>
          <w:szCs w:val="28"/>
          <w:lang w:eastAsia="ja-JP"/>
        </w:rPr>
        <w:t xml:space="preserve">請求書　</w:t>
      </w:r>
      <w:r w:rsidRPr="0019235F">
        <w:rPr>
          <w:sz w:val="28"/>
          <w:szCs w:val="28"/>
          <w:lang w:eastAsia="ja-JP"/>
        </w:rPr>
        <w:t xml:space="preserve">□ </w:t>
      </w:r>
      <w:r w:rsidRPr="0019235F">
        <w:rPr>
          <w:sz w:val="28"/>
          <w:szCs w:val="28"/>
          <w:lang w:eastAsia="ja-JP"/>
        </w:rPr>
        <w:t xml:space="preserve">必要　</w:t>
      </w:r>
      <w:r w:rsidRPr="0019235F">
        <w:rPr>
          <w:sz w:val="28"/>
          <w:szCs w:val="28"/>
          <w:lang w:eastAsia="ja-JP"/>
        </w:rPr>
        <w:t xml:space="preserve">□ </w:t>
      </w:r>
      <w:r w:rsidRPr="0019235F">
        <w:rPr>
          <w:sz w:val="28"/>
          <w:szCs w:val="28"/>
          <w:lang w:eastAsia="ja-JP"/>
        </w:rPr>
        <w:t>不要</w:t>
      </w:r>
    </w:p>
    <w:p w14:paraId="67126FFD" w14:textId="77777777" w:rsidR="00D33AAD" w:rsidRPr="0019235F" w:rsidRDefault="00716D46">
      <w:pPr>
        <w:rPr>
          <w:sz w:val="28"/>
          <w:szCs w:val="28"/>
        </w:rPr>
      </w:pPr>
      <w:r w:rsidRPr="0019235F">
        <w:rPr>
          <w:sz w:val="28"/>
          <w:szCs w:val="28"/>
        </w:rPr>
        <w:t xml:space="preserve">請求書宛名　</w:t>
      </w:r>
      <w:r w:rsidRPr="0019235F">
        <w:rPr>
          <w:sz w:val="28"/>
          <w:szCs w:val="28"/>
        </w:rPr>
        <w:t>______________________________________</w:t>
      </w:r>
    </w:p>
    <w:p w14:paraId="495F3C23" w14:textId="77777777" w:rsidR="00D33AAD" w:rsidRPr="0019235F" w:rsidRDefault="00716D46">
      <w:pPr>
        <w:rPr>
          <w:sz w:val="28"/>
          <w:szCs w:val="28"/>
        </w:rPr>
      </w:pPr>
      <w:r w:rsidRPr="0019235F">
        <w:rPr>
          <w:sz w:val="28"/>
          <w:szCs w:val="28"/>
        </w:rPr>
        <w:t xml:space="preserve">領収書　</w:t>
      </w:r>
      <w:r w:rsidRPr="0019235F">
        <w:rPr>
          <w:sz w:val="28"/>
          <w:szCs w:val="28"/>
        </w:rPr>
        <w:t xml:space="preserve">□ </w:t>
      </w:r>
      <w:r w:rsidRPr="0019235F">
        <w:rPr>
          <w:sz w:val="28"/>
          <w:szCs w:val="28"/>
        </w:rPr>
        <w:t xml:space="preserve">必要　</w:t>
      </w:r>
      <w:r w:rsidRPr="0019235F">
        <w:rPr>
          <w:sz w:val="28"/>
          <w:szCs w:val="28"/>
        </w:rPr>
        <w:t xml:space="preserve">□ </w:t>
      </w:r>
      <w:r w:rsidRPr="0019235F">
        <w:rPr>
          <w:sz w:val="28"/>
          <w:szCs w:val="28"/>
        </w:rPr>
        <w:t>不要</w:t>
      </w:r>
    </w:p>
    <w:p w14:paraId="6592F4E3" w14:textId="77777777" w:rsidR="0019235F" w:rsidRPr="0019235F" w:rsidRDefault="00716D46" w:rsidP="0019235F">
      <w:pPr>
        <w:rPr>
          <w:sz w:val="28"/>
          <w:szCs w:val="28"/>
        </w:rPr>
      </w:pPr>
      <w:proofErr w:type="spellStart"/>
      <w:r w:rsidRPr="0019235F">
        <w:rPr>
          <w:sz w:val="28"/>
          <w:szCs w:val="28"/>
        </w:rPr>
        <w:t>領収書宛名</w:t>
      </w:r>
      <w:proofErr w:type="spellEnd"/>
      <w:r w:rsidRPr="0019235F">
        <w:rPr>
          <w:sz w:val="28"/>
          <w:szCs w:val="28"/>
        </w:rPr>
        <w:t xml:space="preserve">　</w:t>
      </w:r>
      <w:r w:rsidRPr="0019235F">
        <w:rPr>
          <w:sz w:val="28"/>
          <w:szCs w:val="28"/>
        </w:rPr>
        <w:t>______________________________________</w:t>
      </w:r>
    </w:p>
    <w:p w14:paraId="51C99110" w14:textId="77777777" w:rsidR="00D33AAD" w:rsidRPr="0019235F" w:rsidRDefault="00716D46" w:rsidP="0019235F">
      <w:pPr>
        <w:rPr>
          <w:rFonts w:asciiTheme="majorEastAsia" w:eastAsiaTheme="majorEastAsia" w:hAnsiTheme="majorEastAsia"/>
          <w:sz w:val="28"/>
          <w:szCs w:val="28"/>
        </w:rPr>
      </w:pPr>
      <w:r w:rsidRPr="0019235F">
        <w:rPr>
          <w:rFonts w:asciiTheme="majorEastAsia" w:eastAsiaTheme="majorEastAsia" w:hAnsiTheme="majorEastAsia"/>
          <w:sz w:val="28"/>
          <w:szCs w:val="28"/>
        </w:rPr>
        <w:t xml:space="preserve">５　</w:t>
      </w:r>
      <w:proofErr w:type="spellStart"/>
      <w:r w:rsidRPr="0019235F">
        <w:rPr>
          <w:rFonts w:asciiTheme="majorEastAsia" w:eastAsiaTheme="majorEastAsia" w:hAnsiTheme="majorEastAsia"/>
          <w:sz w:val="28"/>
          <w:szCs w:val="28"/>
        </w:rPr>
        <w:t>通信欄</w:t>
      </w:r>
      <w:proofErr w:type="spellEnd"/>
    </w:p>
    <w:p w14:paraId="3CCF0288" w14:textId="77777777" w:rsidR="00D33AAD" w:rsidRDefault="00716D46">
      <w:r>
        <w:t>______________________________________________________________</w:t>
      </w:r>
      <w:r>
        <w:br/>
      </w:r>
      <w:r>
        <w:br/>
      </w:r>
      <w:r>
        <w:t>______________________________________________________________</w:t>
      </w:r>
    </w:p>
    <w:p w14:paraId="6CA0EE93" w14:textId="77777777" w:rsidR="00D33AAD" w:rsidRPr="0019235F" w:rsidRDefault="00716D46">
      <w:pPr>
        <w:rPr>
          <w:sz w:val="28"/>
          <w:szCs w:val="28"/>
        </w:rPr>
      </w:pPr>
      <w:r>
        <w:br/>
      </w:r>
      <w:r w:rsidRPr="0019235F">
        <w:rPr>
          <w:sz w:val="28"/>
          <w:szCs w:val="28"/>
        </w:rPr>
        <w:t>令和　　　年　　　月　　　日</w:t>
      </w:r>
      <w:r w:rsidRPr="0019235F">
        <w:rPr>
          <w:sz w:val="28"/>
          <w:szCs w:val="28"/>
        </w:rPr>
        <w:br/>
      </w:r>
    </w:p>
    <w:p w14:paraId="74ED6F11" w14:textId="77777777" w:rsidR="00D33AAD" w:rsidRPr="0019235F" w:rsidRDefault="00716D46">
      <w:pPr>
        <w:rPr>
          <w:sz w:val="28"/>
          <w:szCs w:val="28"/>
        </w:rPr>
      </w:pPr>
      <w:proofErr w:type="spellStart"/>
      <w:r w:rsidRPr="0019235F">
        <w:rPr>
          <w:sz w:val="28"/>
          <w:szCs w:val="28"/>
        </w:rPr>
        <w:t>会社名</w:t>
      </w:r>
      <w:proofErr w:type="spellEnd"/>
      <w:r w:rsidRPr="0019235F">
        <w:rPr>
          <w:sz w:val="28"/>
          <w:szCs w:val="28"/>
        </w:rPr>
        <w:t xml:space="preserve">　</w:t>
      </w:r>
      <w:r w:rsidRPr="0019235F">
        <w:rPr>
          <w:sz w:val="28"/>
          <w:szCs w:val="28"/>
        </w:rPr>
        <w:t>________________________________________</w:t>
      </w:r>
    </w:p>
    <w:p w14:paraId="53CACE25" w14:textId="77777777" w:rsidR="00D33AAD" w:rsidRPr="0019235F" w:rsidRDefault="00716D46">
      <w:pPr>
        <w:rPr>
          <w:sz w:val="28"/>
          <w:szCs w:val="28"/>
        </w:rPr>
      </w:pPr>
      <w:r w:rsidRPr="0019235F">
        <w:rPr>
          <w:sz w:val="28"/>
          <w:szCs w:val="28"/>
        </w:rPr>
        <w:t xml:space="preserve">代表者名　</w:t>
      </w:r>
      <w:r w:rsidRPr="0019235F">
        <w:rPr>
          <w:sz w:val="28"/>
          <w:szCs w:val="28"/>
        </w:rPr>
        <w:t>_____________________________________</w:t>
      </w:r>
      <w:r w:rsidRPr="0019235F">
        <w:rPr>
          <w:sz w:val="28"/>
          <w:szCs w:val="28"/>
        </w:rPr>
        <w:t xml:space="preserve">　印</w:t>
      </w:r>
    </w:p>
    <w:p w14:paraId="26533BBB" w14:textId="77777777" w:rsidR="00D33AAD" w:rsidRDefault="00716D46">
      <w:pPr>
        <w:rPr>
          <w:lang w:eastAsia="ja-JP"/>
        </w:rPr>
      </w:pPr>
      <w:r>
        <w:rPr>
          <w:lang w:eastAsia="ja-JP"/>
        </w:rPr>
        <w:br/>
      </w:r>
      <w:r>
        <w:rPr>
          <w:lang w:eastAsia="ja-JP"/>
        </w:rPr>
        <w:t>皆様からいただいた協賛金は、静岡県</w:t>
      </w:r>
      <w:r>
        <w:rPr>
          <w:lang w:eastAsia="ja-JP"/>
        </w:rPr>
        <w:t>U15</w:t>
      </w:r>
      <w:r>
        <w:rPr>
          <w:lang w:eastAsia="ja-JP"/>
        </w:rPr>
        <w:t>バスケットボール選手権大会の運営および中学生選手の育成・競技環境の充実のため、大切に活用させていただきます。</w:t>
      </w:r>
    </w:p>
    <w:sectPr w:rsidR="00D33A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0657665">
    <w:abstractNumId w:val="8"/>
  </w:num>
  <w:num w:numId="2" w16cid:durableId="7684194">
    <w:abstractNumId w:val="6"/>
  </w:num>
  <w:num w:numId="3" w16cid:durableId="1521820474">
    <w:abstractNumId w:val="5"/>
  </w:num>
  <w:num w:numId="4" w16cid:durableId="658508862">
    <w:abstractNumId w:val="4"/>
  </w:num>
  <w:num w:numId="5" w16cid:durableId="2134209382">
    <w:abstractNumId w:val="7"/>
  </w:num>
  <w:num w:numId="6" w16cid:durableId="2125998624">
    <w:abstractNumId w:val="3"/>
  </w:num>
  <w:num w:numId="7" w16cid:durableId="259222170">
    <w:abstractNumId w:val="2"/>
  </w:num>
  <w:num w:numId="8" w16cid:durableId="271547497">
    <w:abstractNumId w:val="1"/>
  </w:num>
  <w:num w:numId="9" w16cid:durableId="126884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235F"/>
    <w:rsid w:val="0029639D"/>
    <w:rsid w:val="00326F90"/>
    <w:rsid w:val="00415864"/>
    <w:rsid w:val="00594C34"/>
    <w:rsid w:val="00AA1D8D"/>
    <w:rsid w:val="00B47730"/>
    <w:rsid w:val="00C76021"/>
    <w:rsid w:val="00CB0664"/>
    <w:rsid w:val="00D33AAD"/>
    <w:rsid w:val="00E47E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E6B8B1"/>
  <w14:defaultImageDpi w14:val="300"/>
  <w15:docId w15:val="{0F3D7FF6-ED13-CB4B-BA53-D9C2AFC4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eastAsia="ＭＳ 明朝" w:hAnsi="ＭＳ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中島 洋己</cp:lastModifiedBy>
  <cp:revision>2</cp:revision>
  <dcterms:created xsi:type="dcterms:W3CDTF">2026-08-04T22:51:00Z</dcterms:created>
  <dcterms:modified xsi:type="dcterms:W3CDTF">2026-08-04T22:51:00Z</dcterms:modified>
  <cp:category/>
</cp:coreProperties>
</file>